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ZUSTIMMUNGSERKLÄRUNG ZUR MIETERHÖHUNG</w:t>
      </w:r>
    </w:p>
    <w:p/>
    <w:p>
      <w:r>
        <w:rPr>
          <w:b/>
          <w:sz w:val="20"/>
        </w:rPr>
        <w:t>Name des Vermieters / der Vermieterin: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/>
    <w:p>
      <w:r>
        <w:rPr>
          <w:b/>
          <w:sz w:val="20"/>
        </w:rPr>
        <w:t>Name des Mieters / der Mieterin: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 der Mietwohnung: 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Adresse: ___________________________________________________________</w:t>
      </w:r>
    </w:p>
    <w:p/>
    <w:p>
      <w:r>
        <w:rPr>
          <w:b/>
          <w:sz w:val="20"/>
        </w:rPr>
        <w:t>Aktuelle monatliche Miete (kalt):</w:t>
      </w:r>
    </w:p>
    <w:p>
      <w:r>
        <w:rPr>
          <w:b w:val="0"/>
          <w:sz w:val="20"/>
        </w:rPr>
        <w:t>EUR ________________________________________________________________</w:t>
      </w:r>
    </w:p>
    <w:p/>
    <w:p>
      <w:r>
        <w:rPr>
          <w:b/>
          <w:sz w:val="20"/>
        </w:rPr>
        <w:t>Zukünftige monatliche Miete (kalt) nach der Erhöhung:</w:t>
      </w:r>
    </w:p>
    <w:p>
      <w:r>
        <w:rPr>
          <w:b w:val="0"/>
          <w:sz w:val="20"/>
        </w:rPr>
        <w:t>EUR ________________________________________________________________</w:t>
      </w:r>
    </w:p>
    <w:p/>
    <w:p>
      <w:r>
        <w:rPr>
          <w:b/>
          <w:sz w:val="20"/>
        </w:rPr>
        <w:t>Rechtsgrundlage der Mieterhöhung:</w:t>
      </w:r>
    </w:p>
    <w:p>
      <w:r>
        <w:rPr>
          <w:b w:val="0"/>
          <w:sz w:val="20"/>
        </w:rPr>
        <w:t>Die Erhöhung erfolgt auf Grundlage von § 558 BGB (Mieterhöhung bis zur ortsüblichen Vergleichsmiete).</w:t>
      </w:r>
    </w:p>
    <w:p/>
    <w:p>
      <w:r>
        <w:rPr>
          <w:b/>
          <w:sz w:val="20"/>
        </w:rPr>
        <w:t>Zustimmung zur Mieterhöhung:</w:t>
      </w:r>
    </w:p>
    <w:p>
      <w:r>
        <w:rPr>
          <w:b w:val="0"/>
          <w:sz w:val="20"/>
        </w:rPr>
        <w:t>Hiermit erkläre ich, dass ich der oben genannten Mieterhöhung zustimme und diese als wirksam annehme.</w:t>
      </w:r>
    </w:p>
    <w:p/>
    <w:p>
      <w:r>
        <w:rPr>
          <w:b/>
          <w:sz w:val="20"/>
        </w:rPr>
        <w:t>Diese Zustimmungserklärung ist freiwillig und bindend. Ein Widerruf ist ausgeschlossen.</w:t>
      </w:r>
    </w:p>
    <w:p/>
    <w:p/>
    <w:p>
      <w:r>
        <w:rPr>
          <w:b w:val="0"/>
          <w:sz w:val="20"/>
        </w:rPr>
        <w:t>Ort: _________________________    Datum: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/ Vermieterin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/ Mieterin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https://miete-experte.com/zustimmungserklarung-mieterhohung/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https://miete-experte.com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miete-experte.com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iete-experte.com/zustimmungserklarung-mieterhohung/" TargetMode="External"/><Relationship Id="rId10" Type="http://schemas.openxmlformats.org/officeDocument/2006/relationships/hyperlink" Target="https://miet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